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علم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عوض أحم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340226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الحق/ نظرية القانون/ العلو م الإجتماعية/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