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القانون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همام محمد محمود زهران/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3402251212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مصر/ القانون/ القاعدة القانونية/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