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محفوظ لعشب/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النظام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