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المنهجية وفلسفة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opu4469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المنهجية/ فلسفة القانون/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