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والتطور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9799957463068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التغيير التنظيمي/ ادارة 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