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تشريعات الوظيفة العامة في العالم العربي دراسة قانونية تحليلية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بركات موسى الحواتي/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العالم العربي/ الوظيقة العامة/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