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التطبيقية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الحميد عبد المجيد البلداوي/ د نجم عبد الله الحميدي/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 الخطية/ الادارة/ الاساليب الكمية/ الاحصاء/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