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الوقت ومواجهة ضغوط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ياسر أحمد فرح/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9789957323172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