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ادارة الاعمال/ تكنولوجيا المعلومات/ الحواسيب/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