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المخاطر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خالد وهيب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الاسواق المالية/ ادارة المخاطر/ المحفظة الاستثمارية/ مراقبة الاداء/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