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المحافظ الاستثمارية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غازي فلاح المومني/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9799957182273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