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المالية المتقدمة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عدنان تايه النعيمي/ أرشد فؤاد التميمي/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9789957122027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 المالية/ الفكر المالي المعاصر/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