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محمود صالح الحناوي/ نهال فريد مصطفى/ د جلال إبراهيم العبد/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658533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التحليل المالي/ الادارة المالية/ المشروعات/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