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المدخل الى ادارة المعرفة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عبد الستار العلي/ أ د عامر قنديلجي/ د غسان العمري/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9789957062910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المعلومات/ ادارة المعلومات/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