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9789771757061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تكنولوجيا المعلومات/ نظم المعلومات/ ادارة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