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الإدارة المالية في تمويل الشركات متعددة الجنسيات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د عبد العزيز النجار/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المكتب الجامعي الحديث/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451ص.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9772090244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التمويل/ الادارة المالية/ الشركات المتعددة الجنسيات/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