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خضير كا ظم حمود/ د ياسين كاسب الخرشة/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نظم المعلومات/ ادارة الافراد/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