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صالح بن حب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