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نواف محمد عباس الرماحي/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التكاليف/ الادارة المالية/ المحاسبة الادارية/ الموازنات التخطيطية/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