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جبرائيل جوزيف كحالة/ رضوان حلوة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9789957164133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الادارة/ المحاسبة الادارية/ الموازنات التخطيطية/ تحليل التعادل/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