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محاسبة التكاليف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تيسير عبد الحكيم الرجبي/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9789957114619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الادارة المالية/ محاسبة التكاليف/ البيانات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