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حلوة حنان/ د نزار فليح البلداوي/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9789957493769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