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الإدارية و السياسات الإدارية المعاصرة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يوحنا عبد آل آدم/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657522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المحاسبة الادارية/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