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شركات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سيد سراي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/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قطاع الخاص/ شركات الامو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