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المحاسبة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يعقوب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المحاسبة/ النظام المحاسبي/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