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تيسير الرجبي/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