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المبادئ الأساسية للمحاسبة العامة والمخطط المحاسبي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 العامة/ المحاسبة/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