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المنشآت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إيهاب نظمي إبراهيم/ د حسن توفيق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البنوك/ شركات التأمين/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