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جلاطو جيلالي/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تمارين/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