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دنان حسين الجاد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العلوم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