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الإحصاء الوصفي والإستدلالي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سالم عيسى بدر/ عماد غصاب عبابنة/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9789957063740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الإحصاء الوصفي/ الإستدلال الإحصائي/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