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الوصفي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جبر المغربي/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31062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الإحصاء/ الإحصاء الوصفي/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