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غازي فلاح المومني/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9957181092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