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ومناهج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العال النعيمي/ أد عبد الجبار توفيق البياتي/ د غازي جمال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الأبحاث/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