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مناهج 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سعيد التل/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0011003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الأبحاث/ أساليب البحث/ البحث الميداني/ التفكير المبدع/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