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وائل عبد الرحمن التل/ أ عيسى محمد قحل/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9789957323318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المكتبات/ مناهج البحث/ العينات/ توثيق المصادر/ أدوات 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