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اساليب البحث العلمي : مفاهيمه - ادواته - طرقه الاحصائية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جودت عزت عطوي/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9789957164676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البحث العلمي/ أساليب البحث/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