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 mathématique series et intégrales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Arezki Kessi/ Abdelouahab Mahmoudi/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Université Mentouri Constantine/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mathématiques à l'Université(N°:None)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9961725125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