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techniques de la recherche operationnelle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Abdlouahab Zaatri/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9961725131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