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Delcourt/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théorie des groupes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9782100506675</w:t>
            </w:r>
          </w:p>
        </w:tc>
      </w:tr>
    </w:tbl>
    <w:p>
      <w:pPr>
        <w:pStyle w:val="Heading3"/>
      </w:pPr>
      <w:r>
        <w:t>Résumé :</w:t>
      </w:r>
    </w:p>
    <w:p>
      <w:r>
        <w:t>Des exercices et des problèmes (environ 200 exercices et une vingtaine de problèmes) corrigés illustrant de façon progressive les principaux théorèmes de la théorie des groupes.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