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Jean-Michel Léry/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administration (informatique), base de registre, Linux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9782744071492</w:t>
            </w:r>
          </w:p>
        </w:tc>
      </w:tr>
    </w:tbl>
    <w:p>
      <w:pPr>
        <w:pStyle w:val="Heading3"/>
      </w:pPr>
      <w:r>
        <w:t>Résumé :</w:t>
      </w:r>
    </w:p>
    <w:p>
      <w:r>
        <w:t>Présentation du système d'exploitation Linux. Les modalités d'installation et les différentes fonctionnalités de Linux sont détaillées. Des exercices pratiques accompagnent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