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Code bancaire algerien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Mabrouk Belhocine/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9789961669280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Algérie/ Code bancaire/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