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Albert Van de Vorst/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184p.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9782804125011</w:t>
            </w:r>
          </w:p>
        </w:tc>
      </w:tr>
    </w:tbl>
    <w:p>
      <w:pPr>
        <w:pStyle w:val="Heading3"/>
      </w:pPr>
      <w:r>
        <w:t>Résumé :</w:t>
      </w:r>
    </w:p>
    <w:p>
      <w:r>
        <w:t>Présente une sélection de 350 relations parmi les plus importantes de la physique, incluant notamment les expressions mathématiques d'une soixantaine de lois, principes et théorèmes fondamentaux. Niveau 1er cycle sciences et médecine, IUT, BTS,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