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algorithmes fondamentaux et langage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Jean-Louis Imbert/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9782729838676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