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 et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Jean-Michel 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9782744072208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