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et QROC de chimie générale et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Elise Marche/ Frédéric Ravomanana/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9782100505944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