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paléontologues de Aà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Mireille Gayet/ Claude Barin/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455p.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9782729833756</w:t>
            </w:r>
          </w:p>
        </w:tc>
      </w:tr>
    </w:tbl>
    <w:p>
      <w:pPr>
        <w:pStyle w:val="Heading3"/>
      </w:pPr>
      <w:r>
        <w:t>Résumé :</w:t>
      </w:r>
    </w:p>
    <w:p>
      <w:r>
        <w:t>Georges Cuvier, Jean-Baptiste Lamarck, Alcide d'Orbigny, James Hall, Karl von Zittel, Pierre Teilhard de Chardin, Stephen J. Gould, autant de scientifiques célèbres qui ont permis à la paléontologie, par leurs découvertes et leurs travaux, d'obtenir ses lettres de noblesse, de devenir une discipline à part entière, collaborant à niveau égal avec la biologie et la géologie. Mais combien de paléontologues inconnus du grand public ont œuvré dans l'ombre ou ont laissé, avec des travaux ponctuels, des apports essentiels pour l'avancement de la discipline ? Combien de femmes totalement oubliées ont travaillé dans les laboratoires ou sur le terrain, souvent comme simples collaboratrices d'un mari plus célèbre ? Scientifiques renommés ou méconnus, amateurs célèbres ou grands collecteurs, faussaires parfois, originaux souvent, c'est en définitive plus de mille paléontologues qui ont droit, soit à une entrée particulière, soit à une simple citation dans les textes que nous présentent les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28/05/2026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