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monetaire et financier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Banque d'Algérie/ Code monétaire/ code financier/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