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Widmer/ Roland Beffa/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300p.</w:t>
            </w:r>
          </w:p>
        </w:tc>
      </w:tr>
      <w:tr>
        <w:trPr>
          <w:trHeight w:val="567"/>
        </w:trPr>
        <w:tc>
          <w:tcPr>
            <w:tcW w:type="dxa" w:w="3000"/>
          </w:tcPr>
          <w:p>
            <w:r>
              <w:t>Format</w:t>
            </w:r>
          </w:p>
        </w:tc>
        <w:tc>
          <w:tcPr>
            <w:tcW w:type="dxa" w:w="7000"/>
          </w:tcPr>
          <w:p>
            <w:r>
              <w:t>25*16</w:t>
            </w:r>
          </w:p>
        </w:tc>
      </w:tr>
      <w:tr>
        <w:trPr>
          <w:trHeight w:val="567"/>
        </w:trPr>
        <w:tc>
          <w:tcPr>
            <w:tcW w:type="dxa" w:w="3000"/>
          </w:tcPr>
          <w:p>
            <w:r>
              <w:t>Collection</w:t>
            </w:r>
          </w:p>
        </w:tc>
        <w:tc>
          <w:tcPr>
            <w:tcW w:type="dxa" w:w="7000"/>
          </w:tcPr>
          <w:p>
            <w:r>
              <w:t>Lucien Bovet(N°:None)</w:t>
            </w:r>
          </w:p>
        </w:tc>
      </w:tr>
      <w:tr>
        <w:trPr>
          <w:trHeight w:val="567"/>
        </w:trPr>
        <w:tc>
          <w:tcPr>
            <w:tcW w:type="dxa" w:w="3000"/>
          </w:tcPr>
          <w:p>
            <w:r>
              <w:t>Numéro d'Identification</w:t>
            </w:r>
          </w:p>
        </w:tc>
        <w:tc>
          <w:tcPr>
            <w:tcW w:type="dxa" w:w="7000"/>
          </w:tcPr>
          <w:p>
            <w:r>
              <w:t>9782743007041</w:t>
            </w:r>
          </w:p>
        </w:tc>
      </w:tr>
    </w:tbl>
    <w:p>
      <w:pPr>
        <w:pStyle w:val="Heading3"/>
      </w:pPr>
      <w:r>
        <w:t>Résumé :</w:t>
      </w:r>
    </w:p>
    <w:p>
      <w:r>
        <w:t>Cet aide-mémoire présente l'essentiel des connaissances actuelles en biochimie et biologie moléculaire. Plus de 1 500 rubriques et de multiples renvois permettent la compréhension immédiate des concepts et notions abordés. Les termes anglais les plus courants sont mentionnés et traduits.</w:t>
        <w:br/>
        <w:br/>
        <w:t>L'objectif n'étant pas de concurrencer les nombreux ouvrages fondamentaux déjà disponibles, les notions les plus élémentaires ne sont pas exposées. Dans ce même esprit, un souci d'originalité a présidé au choix des figures et tableaux.</w:t>
        <w:br/>
        <w:br/>
        <w:t>Afin d'offrir une vue globale des phénomènes métaboliques et de leurs moyens d'étude, de très nombreux compléments sont présentés en biologie cellulaire, génétique, immunologie et microbiologie.</w:t>
        <w:br/>
        <w:br/>
        <w:t>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