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en fac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Emile Amzallag/ Joseph Cipriani/ Norbert Piccioli/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243p.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9782100494965</w:t>
            </w:r>
          </w:p>
        </w:tc>
      </w:tr>
    </w:tbl>
    <w:p>
      <w:pPr>
        <w:pStyle w:val="Heading3"/>
      </w:pPr>
      <w:r>
        <w:t>Résumé :</w:t>
      </w:r>
    </w:p>
    <w:p>
      <w:r>
        <w:t>Les ouvrages de la série Amzallag couvrent le contenu du programme de physique de la Licence. Chaque chapitre débute par des rappels mettant l'accent sur les points fondamentaux du cours, illustrés d'exemples classiques (petits exercices d'application). Les rappels sont suivis d'exercices de difficulté croissante accompagnés de leur solution détaillée. En fin d'ouvrage, des problèmes d'examen constituant des épreuves de synthèse permettent à l'étudiant d'évaluer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